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– שישה סוגי שאלות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שישה סוגי שאלות בהבנת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איזה סוג שאלה נשאל ולדעת איך לענות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הסקה, רעיון מרכזי ומילה בהקשר על 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סוגי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פרט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רעיון 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לקרוא את כל המשפט סביבה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מטרת הכותב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מבנה וסוגה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הגדרת שאלת פרט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בהסקה צריך לחבר רמזים, התשובה לא כתובה במפורש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רעיון מרכזי הוא הנושא הכללי של כל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אלו המטרות שמוזכרות בדף העזר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סוגות שונות בנויות באופן 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צריך לקרוא את כל המשפט כדי להבין את ההקשר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פרט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מטרת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מבנה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(התשובה כתובה במפורש בטקסט)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(צריך לחבר רמזים כדי לענות)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(הנושא הכללי של כל הטקסט)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(להבין מילה לפי המשפט שסביבה)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(ללמד, לשכנע, לבדר או להדריך)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ד (סיפור, מידע, טיעון או הוראות)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התמודדות עם 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כל הטקסט פעם 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את השאלה ומזהים איזה סוג שאלה 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מחפשים בטקסט את המקום הקשור לשאלה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התשובה לא כתובה במפורש, מחברים רמזים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תשובה מלאה וברורה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על טקסט קצר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התמדה ועבודה קשה הובילו את דני אבדיה להצלחה בכדורסל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ללמד או להדריך - להראות שהתמדה מובילה להצלחה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להתאמן בלי להפסיק לאורך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פרט - תשובה כתובה; הסקה - צריך לחבר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דוגמאות: ללמד/לשכנע/לבדר/להדריך; סיפור/מידע/טיעון/הוראות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קוראים את כל המשפט סביב המילה ומנסים להחליף אותה במילה אחרת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חלק ההתאמה לפני המעבר לשאלות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דוגמה קצרה משותפת ולתרגל זיהוי סוג השאלה בעל פה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לעודד תלמידים לכתוב שאלות הסקה אמיתיות ולא רק שאלות פרט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🗺️ מסע הלשון של ו׳ – מרכז למידה בשש תחנות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הבנת הנקרא – שישה סוגי שאלות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שישה סוגי השאלות שמופיעים בתחנת הבנת הנקרא: פרט, הסקה, רעיון מרכזי, מילה בהקשר, מטרת הכותב ומבנה וסוגה.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סוגי שאלות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שאלה שהתשובה עליה כתובה במפורש בטקסט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רעיון מרכזי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פרט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בהקשר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מטרת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שאלה שהתשובה עליה לא כתובה, וצריך לחבר רמזים, נקראת: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פרט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מבנה וסוגה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מילה בהקשר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שאלה ששואלת 'על מה כל הטקסט מדבר' בודקת: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פרט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מילה בהקשר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רעיון מרכזי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מבנה וסוגה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כדי להבין מילה לא מוכרת בטקסט כדאי: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לדלג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לקרוא את כל המשפט סביבה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לשאול חבר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אותה 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שאלה שבודקת האם הכותב רצה ללמד, לשכנע או לבדר בודקת 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מבנה 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מטרת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הרעיון המרכזי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פרט מהטקסט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שאלה ששואלת האם הטקסט הוא סיפור, מידע או הוראות בודקת: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מבנה וסוגה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מילה בהקשר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פרט מהטקסט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בשאלת פרט התשובה כתובה במפורש בטקסט.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בשאלת הסקה התשובה כתובה מילה במילה בטקסט.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רעיון מרכזי הוא פרט קטן מתוך הטקסט.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כותב יכולה להיות ללמד, לשכנע, לבדר או להדריך.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הוראות וטקסט סיפורי בנויים תמיד באותו אופן.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להבין מילה בהקשר מספיק לקרוא רק את המילה עצמה.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שאלת __________ היא שאלה שהתשובה עליה כתובה במפורש בטקסט.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כשצריך לחבר רמזים מהטקסט כדי לענות, זו שאלת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השאלה 'מה הכותרת המתאימה לטקסט' בודקת __________ מרכזי.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להבין מילה חדשה כדאי לקרוא את כל ה__________ שבו היא נמצאת.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שאלה שבודקת האם הכותב רצה ללמד או לשכנע בודקת את __________ הכותב.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שאלה שבודקת אם הטקסט הוא סיפור או מידע בודקת __________ וסוגה.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פרט מהטקסט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צריך לחבר רמזים כדי לענות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הנושא הכללי של כל הטקסט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רעיון מרכזי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התשובה כתובה במפורש בטקסט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מילה בהקשר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סיפור, מידע, טיעון או הוראות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מטרת הכותב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ללמד, לשכנע, לבדר או להדריך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מבנה וסוגה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להבין מילה לפי המשפט שסביבה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התמודדות עם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בטקסט את המקום הקשור לשאלה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תשובה מלאה וברורה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השאלה ומזהים איזה סוג שאלה זו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את כל הטקסט פעם 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התשובה לא כתובה במפורש, מחברים רמזים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על טקסט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קראו: 'דני אבדיה התחיל לשחק כדורסל בילדותו בישראל. הוא התאמן קשה כל יום, ובזכות ההתמדה שלו הגיע לשחק בליגה האמריקאית הטובה בעולם.' מהו הרעיון המרכזי של הקטע?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פי אותו הקטע, מהי מטרת הכותב?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המילה 'התמדה' באותו הקטע? הסבירו לפי ההקשר.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הבדלים בין שאלת פרט לשאלת הסקה?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למטרת כותב אחת ולסוגה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בודקים מהי המשמעות של מילה בהקשר?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הבנת הנקרא – שישה סוגי שאלות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