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הבנת הנקרא – שישה סוגי שאלות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שישה סוגי שאלות בהבנת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איזה סוג שאלה נשאל ולדעת איך לענות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הסקה, רעיון מרכזי ומילה בהקשר על טקסט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סוגי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פרט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רעיון מרכזי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לקרוא את כל המשפט סביבה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מטרת הכותב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מבנה וסוגה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הגדרת שאלת פרט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בהסקה צריך לחבר רמזים, התשובה לא כתובה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רעיון מרכזי הוא הנושא הכללי של כל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אלו המטרות שמוזכרות בדף העזר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סוגות שונות בנויות באופן 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צריך לקרוא את כל המשפט כדי להבין את ההקשר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מטרת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מבנה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(התשובה כתובה במפורש בטקסט)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(צריך לחבר רמזים כדי לענות)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(הנושא הכללי של כל הטקסט)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(להבין מילה לפי המשפט שסביבה)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(ללמד, לשכנע, לבדר או להדריך)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(סיפור, מידע, טיעון או הוראות)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התמודדות עם 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כל הטקסט פעם 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את השאלה ומזהים איזה סוג שאלה 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מחפשים בטקסט את המקום הקשור לשאלה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התשובה לא כתובה במפורש, מחברים רמזים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כותבים תשובה מלאה וברורה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תרגול על טקסט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התמדה ועבודה קשה הובילו את דני אבדיה להצלחה בכדורסל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ללמד או להדריך - להראות שהתמדה מובילה להצלחה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להתאמן בלי להפסיק לאורך 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פרט - תשובה כתובה; הסקה - צריך לחבר רמזים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דוגמאות: ללמד/לשכנע/לבדר/להדריך; סיפור/מידע/טיעון/הוראות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קוראים את כל המשפט סביב המילה ומנסים להחליף אותה במילה אחרת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 על חלק ההתאמה לפני המעבר לשאלות הפתוחות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דוגמה קצרה משותפת ולתרגל זיהוי סוג השאלה בעל פה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לעודד תלמידים לכתוב שאלות הסקה אמיתיות ולא רק שאלות פרט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הבנת הנקרא – שישה סוגי שאלות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שישה סוגים של שאלות על טקסט. כל סוג שאלה שונה, ונלמד איך לענות על כל אחד.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פרט מהטקסט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תשובה שכתובה במילים בטקסט עצמו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תשובה שלא כתובה, צריך לחבר רמזים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רעיון מרכזי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הנושא הכללי של כל הטקסט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 בהקשר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להבין מילה לפי המשפט שסביבה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מטרת הכותב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למה הכותב כתב את הטקסט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מבנה וסוגה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הטקסט בנוי - סיפור, מידע, הוראות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לשכנע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לנסות לגרום למישהו להסכים לרעיון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להדריך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להסביר איך לעשות משהו שלב אחר שלב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סוגי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לשאלה שהתשובה שלה כתובה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רעיון מרכזי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פרט מהטקסט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מילה בהקשר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מטרת הכותב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לשאלה שצריך לנחש לפי רמזים?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פרט מהטקסט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מבנה וסוגה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מילה בהקשר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שאלה שואלת מה הנושא של כל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פרט מהטקסט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בהקשר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רעיון מרכזי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מבנה וסוגה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כדאי לעשות כשיש מילה לא מוכרת?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לדלג עליה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לקרוא את כל המשפט סביבה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לשאול חבר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אותה 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שאלה שואלת למה הכותב כתב את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מבנה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מטרת הכותב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הרעיון המרכזי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פרט מהטקסט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שאלה שואלת איך הטקסט בנוי?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מבנה וסוגה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מילה בהקשר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פרט מהטקסט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בשאלת פרט התשובה כתובה במפורש בטקסט.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בשאלת הסקה התשובה כתובה מילה במילה בטקסט.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רעיון מרכזי הוא פרט קטן מתוך הטקסט.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כותב יכולה להיות ללמד, לשכנע, לבדר או להדריך.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הוראות וטקסט סיפורי בנויים תמיד באותו אופן.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להבין מילה בהקשר מספיק לקרוא רק את המילה עצמה.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שאלת __________ היא שאלה שהתשובה עליה כתובה במפורש בטקסט.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כשצריך לחבר רמזים מהטקסט כדי לענות, זו שאלת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השאלה 'מה הכותרת המתאימה לטקסט' בודקת __________ מרכזי.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להבין מילה חדשה כדאי לקרוא את כל ה__________ שבו היא נמצאת.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שאלה שבודקת האם הכותב רצה ללמד או לשכנע בודקת את __________ הכותב.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שאלה שבודקת אם הטקסט הוא סיפור או מידע בודקת __________ וסוגה.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פרט מהטקסט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צריך לחבר רמזים כדי לענות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הסקה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סיפור, מידע, טיעון או הוראות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רעיון מרכזי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להבין מילה לפי המשפט שסביבה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מילה בהקשר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התשובה כתובה במפורש בטקסט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מטרת הכותב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הנושא הכללי של כל 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מבנה וסוגה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ללמד, לשכנע, לבדר או להדריך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התמודדות עם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מחפשים בטקסט את המקום הקשור לשאלה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תשובה מלאה וברורה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התשובה לא כתובה במפורש, מחברים רמזים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כל הטקסט פעם ראשונה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השאלה ומזהים איזה סוג שאלה זו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תרגול על טקסט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קראו: 'דני אבדיה התחיל לשחק כדורסל בילדותו בישראל. הוא התאמן קשה כל יום, ובזכות ההתמדה שלו הגיע לשחק בליגה האמריקאית הטובה בעולם.' מהו הרעיון המרכזי של הקטע?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פי אותו הקטע, מהי מטרת הכותב?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המשמעות של המילה 'התמדה' באותו הקטע? הסבירו לפי ההקשר.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הבדלים בין שאלת פרט לשאלת הסקה?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למטרת כותב אחת ולסוגה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בודקים מהי המשמעות של מילה בהקשר?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הבנת הנקרא – שישה סוגי שאלות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