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– שישה סוגי שאלות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שישה סוגי שאלות בהבנת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איזה סוג שאלה נשאל ולדעת איך לענות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הסקה, רעיון מרכזי ומילה בהקשר על 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סוגי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פרט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רעיון 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הגדרת שאלת פרט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בהסקה צריך לחבר רמזים, התשובה לא כתובה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רעיון מרכזי הוא הנושא הכללי של כל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(התשובה כתובה במפורש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(צריך לחבר רמזים כדי לענות)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(הנושא הכללי של כל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(להבין מילה לפי המשפט שסביבה)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התמודדות עם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כל הטקסט פעם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השאלה ומזהים איזה סוג שאלה 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מחפשים בטקסט את המקום הקשור לשאלה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התשובה לא כתובה במפורש, מחברים רמזים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על טקסט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התמדה ועבודה קשה הובילו את דני אבדיה להצלחה בכדורסל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להתאמן בלי להפסיק לאורך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פרט - תשובה כתובה; הסקה - צריך לחבר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דוגמאות: ללמד/לשכנע/לבדר/להדריך; סיפור/מידע/טיעון/הוראות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קוראים את כל המשפט סביב המילה ומנסים להחליף אותה במילה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ההתאמה לפני המעבר לשאלות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דוגמה קצרה משותפת ולתרגל זיהוי סוג השאלה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תלמידים לכתוב שאלות הסקה אמיתיות ולא רק שאלות פרט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– שישה סוגי שאלות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שישה סוגי השאלות שמופיעים בתחנת הבנת הנקרא: פרט, הסקה, רעיון מרכזי, מילה בהקשר, מטרת הכותב ומבנה וסוגה.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פרט  ·  רעיון  ·  הסקה  ·  משפט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סוגי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שאלה שהתשובה עליה כתובה במפורש בטקסט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רעיון מרכזי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פרט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מילה בהקשר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שאלה שהתשובה עליה לא כתובה, וצריך לחבר רמזים,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פרט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מבנה וסוגה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שאלה ששואלת 'על מה כל הטקסט מדבר' בודקת: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פרט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מילה בהקשר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רעיון מרכזי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בשאלת פרט התשובה כתובה במפורש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בשאלת הסקה התשובה כתובה מילה במילה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רעיון מרכזי הוא פרט קטן מתוך הטקסט.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שאלת __________ היא שאלה שהתשובה עליה כתובה במפורש בטקסט.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כשצריך לחבר רמזים מהטקסט כדי לענות, זו שאלת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השאלה 'מה הכותרת המתאימה לטקסט' בודקת __________ מרכזי.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כדי להבין מילה חדשה כדאי לקרוא את כל ה__________ שבו היא נמצאת.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פרט מהטקסט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הנושא הכללי של כל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להבין מילה לפי המשפט שסביבה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רעיון מרכזי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צריך לחבר רמזים כדי לענות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מילה בהקשר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התשובה כתובה במפורש בטקסט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התמודדות עם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השאלה ומזהים איזה סוג שאלה זו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התשובה לא כתובה במפורש, מחברים רמזים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כל הטקסט פעם 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מחפשים בטקסט את המקום הקשור לשאלה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תרגול על 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קראו: 'דני אבדיה התחיל לשחק כדורסל בילדותו בישראל. הוא התאמן קשה כל יום, ובזכות ההתמדה שלו הגיע לשחק בליגה האמריקאית הטובה בעולם.' מהו הרעיון המרכזי של הקטע?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המילה 'התמדה' באותו הקטע? הסבירו לפי ההקשר.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הבדלים בין שאלת פרט לשאלת הסקה?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למטרת כותב אחת ולסוגה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הבנת הנקרא – שישה סוגי שאלות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